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עונת הגשמים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 וללבוש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של השורש ג-ש-ם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בירושלים ובצפון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טוב לאדמה ולכנרת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בגלל שיטפון.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(יום שיורד בו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(קרה באמת, על חלום)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היום הגשום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קר, לובשים סוודר ומעיל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מהבית ולוקחים מטריה כי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בצהריים חם יותר, מורידים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קר שוב, מוסיפים שכבה ומדליקים 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מזג אוויר, בגדים מתאימים, ומשווה בין שתי המדינות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מעיל, סוודר, צעיף וכובע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לנסוע במכונית או ללכת בנחל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משימת ההתאמה לבין מילון המילים החדשות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קצר על ההבדל בין חורף בארץ המוצא שלהם לחורף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על החורף בישראל, על הגשם הראשון שנקרא יורה, ועל מה שאנשים לובשים כשקר. נתרגל גם מילים חדשות מהשורש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יורה  ·  מטריה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לגשם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קר יותר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בירושלים ובצפון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הגשם טוב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טוב לאדמה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מביא 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עונת הגשמים נגמרת בערך באפריל.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ללכת בנחל אחרי גשם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הגשם הראשון של השנה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יום שיורד בו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קרה באמת, על 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הגשם האחרון,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היום הגשום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בערב קר שוב, מוסיפים שכבה ומדליקים 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בצהריים חם יותר, מורידים 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בבוקר קר, לובשים סוודר ומעיל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מהבית ולוקחים מטריה כי יורד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לעורך העיתון: ספרו איך החורף במדינה שלכם, ומה לובשים שם בהשוואה לחורף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קוראים לגשם הראשון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לובשים כשקר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–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