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חורף בישראל – מה לובשים?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מידע עובדתי על עונת הגשמים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לחורף וללבוש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משפחת המילים של השורש ג-ש-ם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באוקטובר או 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בירושלים ובצפון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הוא טוב לאדמה ולכנרת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מורידים שכבת בגד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מקנדה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כי בישראל 12 מעלות נחשב 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בקיץ חם ויבש, אין גשם.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מסוכן בגלל שיטפון.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אנה עלתה מברזיל.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תנור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(הגשם הראשון של השנה)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(הגשם האחרון, באביב)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(יום שיורד בו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(קרה באמת, על חלום)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(הרבה מים שזורמים פתאום)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היום הגשום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בבוקר קר, לובשים סוודר ומעיל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יוצאים מהבית ולוקחים מטריה כי יורד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בצהריים חם יותר, מורידים 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בערב קר שוב, מוסיפים שכבה ומדליקים תנור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מתאר מזג אוויר, בגדים מתאימים, ומשווה בין שתי המדינות בשפה פשוטה וברורה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מעיל, סוודר, צעיף וכובע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לנסוע במכונית או ללכת בנחל אחרי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הטקסטים בקול לפני המענה על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בין משימת ההתאמה לבין מילון המילים החדשות בעמוד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למצטיינים אפשר להוסיף דיון קצר על ההבדל בין חורף בארץ המוצא שלהם לחורף בישראל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חורף בישראל – מה לובשים?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לומדים על החורף בישראל. יורד גשם, קר בבוקר, וצריך בגדים חמים. נלמד מילים חדשות וקלות.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הראשון של השנה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מלקוש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האחרון, באביב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עונת הגשמים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שיורד בו גשם, מאוקטובר עד אפריל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שכבות לבוש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בגדים אחד על השני, מורידים או מוסיפים לפי החום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שיטפון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הרבה מים שזורמים פתאום אחרי גשם חזק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שחוזרות במילים מאותה משפחה, למשל ג-ש-ם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התגשם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קרה באמת, למשל חלום שהתגשם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גשום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שיורד בו 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שם הגשם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מלקוש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מתחיל החורף?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באוגוסט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באוקטובר או 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בדצמבר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יותר קר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בירושלים ובצפון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הגשם חשוב?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טוב לאדמה ולכנרת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מביא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עוצר את התנועה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כשחם?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מוסיפים שכבת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מורידים שכבת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לובשים מעיל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נשארים בבית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מאיפה דניאל?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מברזיל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מקנדה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למה השכן קר 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יורד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בישראל 12 מעלות נחשב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יש רוח חזקה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יוצא לטיול ארוך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בקיץ בישראל יורד הרבה גשם.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עונת הגשמים נגמרת בערך באפריל.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ללכת בנחל אחרי גשם חזק.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אנה, שכתבה למערכת, עלתה מקנדה.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בגשם לוקחים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הגשם הראשון של השנה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בבית קר, אז מדליקים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השכן של דניאל מביא לו __________ חם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יום שיורד בו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מלקוש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הגשם הראשון של השנה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גשום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הגשם האחרון, באביב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הרבה מים שזורמים פתאום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שיטפון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קרה באמת, על חלום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היום הגשום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בערב קר שוב, מוסיפים שכבה ומדליקים תנור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בצהריים חם יותר, מורידים שכבה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מהבית ולוקחים מטריה כי יורד גשם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בבוקר קר, לובשים סוודר ומעיל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קצר לעורך העיתון: ספרו איך החורף במדינה שלכם, ומה לובשים שם בהשוואה לחורף בישראל.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קוראים לגשם הראשון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לובשים כשקר בירושלים?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אסור לעשות בשיטפון?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חורף בישראל – מה לובשים?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